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520EAA" w14:textId="77777777" w:rsidR="002D415E" w:rsidRDefault="00000000">
      <w:pPr>
        <w:spacing w:after="40"/>
      </w:pPr>
      <w:r>
        <w:rPr>
          <w:b/>
          <w:sz w:val="40"/>
        </w:rPr>
        <w:t>Interview with Tiago Jesus</w:t>
      </w:r>
    </w:p>
    <w:p w14:paraId="01098BFE" w14:textId="77777777" w:rsidR="002D415E" w:rsidRDefault="00000000">
      <w:pPr>
        <w:spacing w:after="200"/>
      </w:pPr>
      <w:r>
        <w:rPr>
          <w:color w:val="555555"/>
        </w:rPr>
        <w:t>Transcript • W. Tyrrell, Interviewer</w:t>
      </w:r>
    </w:p>
    <w:p w14:paraId="179546D2" w14:textId="77777777" w:rsidR="002D415E" w:rsidRDefault="00000000">
      <w:pPr>
        <w:keepLines/>
      </w:pPr>
      <w:r>
        <w:rPr>
          <w:b/>
          <w:color w:val="696969"/>
          <w:sz w:val="18"/>
        </w:rPr>
        <w:t xml:space="preserve">0:00  </w:t>
      </w:r>
      <w:r>
        <w:rPr>
          <w:color w:val="1E1E1E"/>
        </w:rPr>
        <w:t>Perfect. It should be recording now.</w:t>
      </w:r>
    </w:p>
    <w:p w14:paraId="54CAAC1F" w14:textId="77777777" w:rsidR="002D415E" w:rsidRDefault="00000000">
      <w:pPr>
        <w:keepLines/>
      </w:pPr>
      <w:r>
        <w:rPr>
          <w:b/>
          <w:color w:val="696969"/>
          <w:sz w:val="18"/>
        </w:rPr>
        <w:t xml:space="preserve">0:02  </w:t>
      </w:r>
      <w:r>
        <w:rPr>
          <w:color w:val="1E1E1E"/>
        </w:rPr>
        <w:t>Um, great. So, I wanted to kind of fill you in on So, for industrial design, we do a capstone course our senior year and we get partnered with a um a local company uh to do some design work for like a product sector they are interested in kind of like looking into more.</w:t>
      </w:r>
    </w:p>
    <w:p w14:paraId="7E3A0630" w14:textId="77777777" w:rsidR="002D415E" w:rsidRDefault="00000000">
      <w:pPr>
        <w:keepLines/>
      </w:pPr>
      <w:r>
        <w:rPr>
          <w:b/>
          <w:color w:val="696969"/>
          <w:sz w:val="18"/>
        </w:rPr>
        <w:t xml:space="preserve">0:22  </w:t>
      </w:r>
      <w:r>
        <w:rPr>
          <w:color w:val="1E1E1E"/>
        </w:rPr>
        <w:t>And so the this year we're partnered with Patel um who's right down the street and uh they do a lot of medical design work and specifically this year they've asked us to think about uh healthc care solutions in rural areas.</w:t>
      </w:r>
    </w:p>
    <w:p w14:paraId="130C52FB" w14:textId="77777777" w:rsidR="002D415E" w:rsidRDefault="00000000">
      <w:pPr>
        <w:keepLines/>
      </w:pPr>
      <w:r>
        <w:rPr>
          <w:b/>
          <w:color w:val="696969"/>
          <w:sz w:val="18"/>
        </w:rPr>
        <w:t xml:space="preserve">0:37  </w:t>
      </w:r>
      <w:r>
        <w:rPr>
          <w:color w:val="1E1E1E"/>
        </w:rPr>
        <w:t>So, I was kind of reading about some of your background and I figured that uh it would be a great uh kind of I'm in very early stages of research uh at this point, but I thought you'd be a great someone great to uh interview and talk about and get to know a little bit about your experience on kind of thinking about rural healthcare solutions and so</w:t>
      </w:r>
    </w:p>
    <w:p w14:paraId="5AD81E1B" w14:textId="77777777" w:rsidR="002D415E" w:rsidRDefault="00000000">
      <w:pPr>
        <w:keepLines/>
      </w:pPr>
      <w:r>
        <w:rPr>
          <w:b/>
          <w:color w:val="696969"/>
          <w:sz w:val="18"/>
        </w:rPr>
        <w:t xml:space="preserve">0:55  </w:t>
      </w:r>
      <w:r>
        <w:rPr>
          <w:color w:val="1E1E1E"/>
        </w:rPr>
        <w:t>I can hopefully um kind of design something that will be actually helpful if that uh if that makes sense.</w:t>
      </w:r>
    </w:p>
    <w:p w14:paraId="3007D11E" w14:textId="77777777" w:rsidR="002D415E" w:rsidRDefault="00000000">
      <w:pPr>
        <w:keepLines/>
      </w:pPr>
      <w:r>
        <w:rPr>
          <w:b/>
          <w:color w:val="696969"/>
          <w:sz w:val="18"/>
        </w:rPr>
        <w:t xml:space="preserve">1:03  </w:t>
      </w:r>
      <w:r>
        <w:rPr>
          <w:color w:val="1E1E1E"/>
        </w:rPr>
        <w:t>does. Um, so I so just to start uh kind of first thing uh could you tell me a little bit more about I've read a bunch online but could you tell me a bit more about your work and how you kind of became interested in rural health healthcare access and disparities?</w:t>
      </w:r>
    </w:p>
    <w:p w14:paraId="36EE4789" w14:textId="77777777" w:rsidR="002D415E" w:rsidRDefault="00000000">
      <w:pPr>
        <w:keepLines/>
      </w:pPr>
      <w:r>
        <w:rPr>
          <w:b/>
          <w:color w:val="696969"/>
          <w:sz w:val="18"/>
        </w:rPr>
        <w:t xml:space="preserve">1:20  </w:t>
      </w:r>
      <w:r>
        <w:rPr>
          <w:color w:val="1E1E1E"/>
        </w:rPr>
        <w:t>Yeah, so it get backs to my original background.</w:t>
      </w:r>
    </w:p>
    <w:p w14:paraId="6E3B323A" w14:textId="77777777" w:rsidR="002D415E" w:rsidRDefault="00000000">
      <w:pPr>
        <w:keepLines/>
      </w:pPr>
      <w:r>
        <w:rPr>
          <w:b/>
          <w:color w:val="696969"/>
          <w:sz w:val="18"/>
        </w:rPr>
        <w:t xml:space="preserve">1:25  </w:t>
      </w:r>
      <w:r>
        <w:rPr>
          <w:color w:val="1E1E1E"/>
        </w:rPr>
        <w:t>So uh uh I'm originally Portuguese.</w:t>
      </w:r>
    </w:p>
    <w:p w14:paraId="7002C4A4" w14:textId="77777777" w:rsidR="002D415E" w:rsidRDefault="00000000">
      <w:pPr>
        <w:keepLines/>
      </w:pPr>
      <w:r>
        <w:rPr>
          <w:b/>
          <w:color w:val="696969"/>
          <w:sz w:val="18"/>
        </w:rPr>
        <w:t xml:space="preserve">1:30  </w:t>
      </w:r>
      <w:r>
        <w:rPr>
          <w:color w:val="1E1E1E"/>
        </w:rPr>
        <w:t>So I've done uh uh most of my my initial posttock fellowship was done in Portugal in global health health workforce policy and planning.</w:t>
      </w:r>
    </w:p>
    <w:p w14:paraId="353EC53C" w14:textId="77777777" w:rsidR="002D415E" w:rsidRDefault="00000000">
      <w:pPr>
        <w:keepLines/>
      </w:pPr>
      <w:r>
        <w:rPr>
          <w:b/>
          <w:color w:val="696969"/>
          <w:sz w:val="18"/>
        </w:rPr>
        <w:t xml:space="preserve">1:42  </w:t>
      </w:r>
      <w:r>
        <w:rPr>
          <w:color w:val="1E1E1E"/>
        </w:rPr>
        <w:t>So I was doing some global health work um and my initial research was about that.</w:t>
      </w:r>
    </w:p>
    <w:p w14:paraId="442159CD" w14:textId="77777777" w:rsidR="002D415E" w:rsidRDefault="00000000">
      <w:pPr>
        <w:keepLines/>
      </w:pPr>
      <w:r>
        <w:rPr>
          <w:b/>
          <w:color w:val="696969"/>
          <w:sz w:val="18"/>
        </w:rPr>
        <w:t xml:space="preserve">1:49  </w:t>
      </w:r>
      <w:r>
        <w:rPr>
          <w:color w:val="1E1E1E"/>
        </w:rPr>
        <w:t>So when I transitioned to the US for a second posttock, I was trying to figure out what would be my research over here.</w:t>
      </w:r>
    </w:p>
    <w:p w14:paraId="4E7EE07E" w14:textId="77777777" w:rsidR="002D415E" w:rsidRDefault="00000000">
      <w:pPr>
        <w:keepLines/>
      </w:pPr>
      <w:r>
        <w:rPr>
          <w:b/>
          <w:color w:val="696969"/>
          <w:sz w:val="18"/>
        </w:rPr>
        <w:t xml:space="preserve">1:59  </w:t>
      </w:r>
      <w:r>
        <w:rPr>
          <w:color w:val="1E1E1E"/>
        </w:rPr>
        <w:t>Uh and pragmatically uh global health research is not a something that is very smart for you to do from a US standpoint in terms of having a lot of funding opportunities.</w:t>
      </w:r>
    </w:p>
    <w:p w14:paraId="74772580" w14:textId="77777777" w:rsidR="002D415E" w:rsidRDefault="00000000">
      <w:pPr>
        <w:keepLines/>
      </w:pPr>
      <w:r>
        <w:rPr>
          <w:b/>
          <w:color w:val="696969"/>
          <w:sz w:val="18"/>
        </w:rPr>
        <w:t xml:space="preserve">2:13  </w:t>
      </w:r>
      <w:r>
        <w:rPr>
          <w:color w:val="1E1E1E"/>
        </w:rPr>
        <w:t>That is one. Uh the second one is that as uh there is also underserved areas uh within the United States themselves.</w:t>
      </w:r>
    </w:p>
    <w:p w14:paraId="19E696A3" w14:textId="77777777" w:rsidR="002D415E" w:rsidRDefault="00000000">
      <w:pPr>
        <w:keepLines/>
      </w:pPr>
      <w:r>
        <w:rPr>
          <w:b/>
          <w:color w:val="696969"/>
          <w:sz w:val="18"/>
        </w:rPr>
        <w:t xml:space="preserve">2:26  </w:t>
      </w:r>
      <w:r>
        <w:rPr>
          <w:color w:val="1E1E1E"/>
        </w:rPr>
        <w:t>So I was kind of pivoting which is not a pivot in a sense because I'm still addressing underserved geographically underserved areas but I'm not doing I still continue to do some global health work and I use kind of the same approaches that I use that I use for for in global health I still do it for uh rural health in the US because essentially the same problem</w:t>
      </w:r>
    </w:p>
    <w:p w14:paraId="3E2DBDB6" w14:textId="77777777" w:rsidR="002D415E" w:rsidRDefault="00000000">
      <w:pPr>
        <w:keepLines/>
      </w:pPr>
      <w:r>
        <w:rPr>
          <w:b/>
          <w:color w:val="696969"/>
          <w:sz w:val="18"/>
        </w:rPr>
        <w:t xml:space="preserve">2:50  </w:t>
      </w:r>
      <w:r>
        <w:rPr>
          <w:color w:val="1E1E1E"/>
        </w:rPr>
        <w:t>it's underresourced low number of healthcare providers are to recruit and retain them.</w:t>
      </w:r>
    </w:p>
    <w:p w14:paraId="7BD3C86E" w14:textId="77777777" w:rsidR="002D415E" w:rsidRDefault="00000000">
      <w:pPr>
        <w:keepLines/>
      </w:pPr>
      <w:r>
        <w:rPr>
          <w:b/>
          <w:color w:val="696969"/>
          <w:sz w:val="18"/>
        </w:rPr>
        <w:t xml:space="preserve">2:57  </w:t>
      </w:r>
      <w:r>
        <w:rPr>
          <w:color w:val="1E1E1E"/>
        </w:rPr>
        <w:t>So that's workforce service delivery.</w:t>
      </w:r>
    </w:p>
    <w:p w14:paraId="06BD1196" w14:textId="77777777" w:rsidR="002D415E" w:rsidRDefault="00000000">
      <w:pPr>
        <w:keepLines/>
      </w:pPr>
      <w:r>
        <w:rPr>
          <w:b/>
          <w:color w:val="696969"/>
          <w:sz w:val="18"/>
        </w:rPr>
        <w:t xml:space="preserve">3:00  </w:t>
      </w:r>
      <w:r>
        <w:rPr>
          <w:color w:val="1E1E1E"/>
        </w:rPr>
        <w:t>So I'm not a con uh clinician researcher or a lab research biological type of researcher.</w:t>
      </w:r>
    </w:p>
    <w:p w14:paraId="1E585114" w14:textId="77777777" w:rsidR="002D415E" w:rsidRDefault="00000000">
      <w:pPr>
        <w:keepLines/>
      </w:pPr>
      <w:r>
        <w:rPr>
          <w:b/>
          <w:color w:val="696969"/>
          <w:sz w:val="18"/>
        </w:rPr>
        <w:t xml:space="preserve">3:09  </w:t>
      </w:r>
      <w:r>
        <w:rPr>
          <w:color w:val="1E1E1E"/>
        </w:rPr>
        <w:t>Yeah, TT translational block number three or number four kind of last mile delivery uh working with the workforce and several service delivery options for uh geographic underserved areas in that in US it's it's the rural ones.</w:t>
      </w:r>
    </w:p>
    <w:p w14:paraId="3D2B3ED6" w14:textId="77777777" w:rsidR="002D415E" w:rsidRDefault="00000000">
      <w:pPr>
        <w:keepLines/>
      </w:pPr>
      <w:r>
        <w:rPr>
          <w:b/>
          <w:color w:val="696969"/>
          <w:sz w:val="18"/>
        </w:rPr>
        <w:t xml:space="preserve">3:26  </w:t>
      </w:r>
      <w:r>
        <w:rPr>
          <w:color w:val="1E1E1E"/>
        </w:rPr>
        <w:t>Yeah, sweet. Not only rural because not not rural it's not all the same.</w:t>
      </w:r>
    </w:p>
    <w:p w14:paraId="3F167807" w14:textId="77777777" w:rsidR="002D415E" w:rsidRDefault="00000000">
      <w:pPr>
        <w:keepLines/>
      </w:pPr>
      <w:r>
        <w:rPr>
          <w:b/>
          <w:color w:val="696969"/>
          <w:sz w:val="18"/>
        </w:rPr>
        <w:lastRenderedPageBreak/>
        <w:t xml:space="preserve">3:30  </w:t>
      </w:r>
      <w:r>
        <w:rPr>
          <w:color w:val="1E1E1E"/>
        </w:rPr>
        <w:t>So rural and surf. Yes.</w:t>
      </w:r>
    </w:p>
    <w:p w14:paraId="5C0767AD" w14:textId="77777777" w:rsidR="002D415E" w:rsidRDefault="00000000">
      <w:pPr>
        <w:keepLines/>
      </w:pPr>
      <w:r>
        <w:rPr>
          <w:b/>
          <w:color w:val="696969"/>
          <w:sz w:val="18"/>
        </w:rPr>
        <w:t xml:space="preserve">3:33  </w:t>
      </w:r>
      <w:r>
        <w:rPr>
          <w:color w:val="1E1E1E"/>
        </w:rPr>
        <w:t>Yeah, of course. Um yeah, that's great.</w:t>
      </w:r>
    </w:p>
    <w:p w14:paraId="23214E76" w14:textId="77777777" w:rsidR="002D415E" w:rsidRDefault="00000000">
      <w:pPr>
        <w:keepLines/>
      </w:pPr>
      <w:r>
        <w:rPr>
          <w:b/>
          <w:color w:val="696969"/>
          <w:sz w:val="18"/>
        </w:rPr>
        <w:t xml:space="preserve">3:35  </w:t>
      </w:r>
      <w:r>
        <w:rPr>
          <w:color w:val="1E1E1E"/>
        </w:rPr>
        <w:t>And you kind of are already kind of touching on some of the points of and I've definitely so far in my research already kind of been really interested in like some of the last mile delivery stuff and connecting with communities.</w:t>
      </w:r>
    </w:p>
    <w:p w14:paraId="4FCBCCF3" w14:textId="77777777" w:rsidR="002D415E" w:rsidRDefault="00000000">
      <w:pPr>
        <w:keepLines/>
      </w:pPr>
      <w:r>
        <w:rPr>
          <w:b/>
          <w:color w:val="696969"/>
          <w:sz w:val="18"/>
        </w:rPr>
        <w:t xml:space="preserve">3:48  </w:t>
      </w:r>
      <w:r>
        <w:rPr>
          <w:color w:val="1E1E1E"/>
        </w:rPr>
        <w:t>What do you kind of that this is kind of broad so feel free to answer how this this however you want but kind of what do you see as are what are the main barriers you see um to people accessing healthcare?</w:t>
      </w:r>
    </w:p>
    <w:p w14:paraId="58825613" w14:textId="77777777" w:rsidR="002D415E" w:rsidRDefault="00000000">
      <w:pPr>
        <w:keepLines/>
      </w:pPr>
      <w:r>
        <w:rPr>
          <w:b/>
          <w:color w:val="696969"/>
          <w:sz w:val="18"/>
        </w:rPr>
        <w:t xml:space="preserve">4:01  </w:t>
      </w:r>
      <w:r>
        <w:rPr>
          <w:color w:val="1E1E1E"/>
        </w:rPr>
        <w:t>So is it like more of the last mile stuff?</w:t>
      </w:r>
    </w:p>
    <w:p w14:paraId="1B2D01E7" w14:textId="77777777" w:rsidR="002D415E" w:rsidRDefault="00000000">
      <w:pPr>
        <w:keepLines/>
      </w:pPr>
      <w:r>
        <w:rPr>
          <w:b/>
          <w:color w:val="696969"/>
          <w:sz w:val="18"/>
        </w:rPr>
        <w:t xml:space="preserve">4:03  </w:t>
      </w:r>
      <w:r>
        <w:rPr>
          <w:color w:val="1E1E1E"/>
        </w:rPr>
        <w:t>Is it um like more services and people being a able to access the healthcare network like uh just just very broad general question.</w:t>
      </w:r>
    </w:p>
    <w:p w14:paraId="28AEBD15" w14:textId="77777777" w:rsidR="002D415E" w:rsidRDefault="00000000">
      <w:pPr>
        <w:keepLines/>
      </w:pPr>
      <w:r>
        <w:rPr>
          <w:b/>
          <w:color w:val="696969"/>
          <w:sz w:val="18"/>
        </w:rPr>
        <w:t xml:space="preserve">4:13  </w:t>
      </w:r>
      <w:r>
        <w:rPr>
          <w:color w:val="1E1E1E"/>
        </w:rPr>
        <w:t>So the the barriers are obvious.</w:t>
      </w:r>
    </w:p>
    <w:p w14:paraId="52989104" w14:textId="77777777" w:rsidR="002D415E" w:rsidRDefault="00000000">
      <w:pPr>
        <w:keepLines/>
      </w:pPr>
      <w:r>
        <w:rPr>
          <w:b/>
          <w:color w:val="696969"/>
          <w:sz w:val="18"/>
        </w:rPr>
        <w:t xml:space="preserve">4:15  </w:t>
      </w:r>
      <w:r>
        <w:rPr>
          <w:color w:val="1E1E1E"/>
        </w:rPr>
        <w:t>So uh there is a low density issue and there's a of course economies of scale and things.</w:t>
      </w:r>
    </w:p>
    <w:p w14:paraId="42001DBF" w14:textId="77777777" w:rsidR="002D415E" w:rsidRDefault="00000000">
      <w:pPr>
        <w:keepLines/>
      </w:pPr>
      <w:r>
        <w:rPr>
          <w:b/>
          <w:color w:val="696969"/>
          <w:sz w:val="18"/>
        </w:rPr>
        <w:t xml:space="preserve">4:21  </w:t>
      </w:r>
      <w:r>
        <w:rPr>
          <w:color w:val="1E1E1E"/>
        </w:rPr>
        <w:t>So we feel operate a service uh that you need to be spread along longer mileage uh for a lower amount of people that live there and you still have to operate uh an outcare facility.</w:t>
      </w:r>
    </w:p>
    <w:p w14:paraId="1981F351" w14:textId="77777777" w:rsidR="002D415E" w:rsidRDefault="00000000">
      <w:pPr>
        <w:keepLines/>
      </w:pPr>
      <w:r>
        <w:rPr>
          <w:b/>
          <w:color w:val="696969"/>
          <w:sz w:val="18"/>
        </w:rPr>
        <w:t xml:space="preserve">4:35  </w:t>
      </w:r>
      <w:r>
        <w:rPr>
          <w:color w:val="1E1E1E"/>
        </w:rPr>
        <w:t>So the math doesn't work pretty well pretty well that so I I don't so that is a broad issue in uh in rural healthcare is how to make that that mod work.</w:t>
      </w:r>
    </w:p>
    <w:p w14:paraId="2960367B" w14:textId="77777777" w:rsidR="002D415E" w:rsidRDefault="00000000">
      <w:pPr>
        <w:keepLines/>
      </w:pPr>
      <w:r>
        <w:rPr>
          <w:b/>
          <w:color w:val="696969"/>
          <w:sz w:val="18"/>
        </w:rPr>
        <w:t xml:space="preserve">4:48  </w:t>
      </w:r>
      <w:r>
        <w:rPr>
          <w:color w:val="1E1E1E"/>
        </w:rPr>
        <w:t>uh the the other the other things it's a long travel distances that it's not only for providers and so on.</w:t>
      </w:r>
    </w:p>
    <w:p w14:paraId="6B16CE2B" w14:textId="77777777" w:rsidR="002D415E" w:rsidRDefault="00000000">
      <w:pPr>
        <w:keepLines/>
      </w:pPr>
      <w:r>
        <w:rPr>
          <w:b/>
          <w:color w:val="696969"/>
          <w:sz w:val="18"/>
        </w:rPr>
        <w:t xml:space="preserve">4:55  </w:t>
      </w:r>
      <w:r>
        <w:rPr>
          <w:color w:val="1E1E1E"/>
        </w:rPr>
        <w:t>But I think those and there is also the the some of the solutions that are or the alternative solutions which are around tellah health and so on.</w:t>
      </w:r>
    </w:p>
    <w:p w14:paraId="64F03E61" w14:textId="77777777" w:rsidR="002D415E" w:rsidRDefault="00000000">
      <w:pPr>
        <w:keepLines/>
      </w:pPr>
      <w:r>
        <w:rPr>
          <w:b/>
          <w:color w:val="696969"/>
          <w:sz w:val="18"/>
        </w:rPr>
        <w:t xml:space="preserve">5:05  </w:t>
      </w:r>
      <w:r>
        <w:rPr>
          <w:color w:val="1E1E1E"/>
        </w:rPr>
        <w:t>Uh they can function but also there is lower bandwidth internet probably sometimes those populations are older they have also some some struggles with digital literacy and so on.</w:t>
      </w:r>
    </w:p>
    <w:p w14:paraId="6F960BB1" w14:textId="77777777" w:rsidR="002D415E" w:rsidRDefault="00000000">
      <w:pPr>
        <w:keepLines/>
      </w:pPr>
      <w:r>
        <w:rPr>
          <w:b/>
          <w:color w:val="696969"/>
          <w:sz w:val="18"/>
        </w:rPr>
        <w:t xml:space="preserve">5:19  </w:t>
      </w:r>
      <w:r>
        <w:rPr>
          <w:color w:val="1E1E1E"/>
        </w:rPr>
        <w:t>But even that said not not all rural is the same.</w:t>
      </w:r>
    </w:p>
    <w:p w14:paraId="6A4B7A30" w14:textId="77777777" w:rsidR="002D415E" w:rsidRDefault="00000000">
      <w:pPr>
        <w:keepLines/>
      </w:pPr>
      <w:r>
        <w:rPr>
          <w:b/>
          <w:color w:val="696969"/>
          <w:sz w:val="18"/>
        </w:rPr>
        <w:t xml:space="preserve">5:22  </w:t>
      </w:r>
      <w:r>
        <w:rPr>
          <w:color w:val="1E1E1E"/>
        </w:rPr>
        <w:t>Yeah. So if you're going to look for rural north of Ohio or if you're going to look for rural uh Appalachian area that is then on top of that a number of factors that also play also play out.</w:t>
      </w:r>
    </w:p>
    <w:p w14:paraId="6C9B6B10" w14:textId="77777777" w:rsidR="002D415E" w:rsidRDefault="00000000">
      <w:pPr>
        <w:keepLines/>
      </w:pPr>
      <w:r>
        <w:rPr>
          <w:b/>
          <w:color w:val="696969"/>
          <w:sz w:val="18"/>
        </w:rPr>
        <w:t xml:space="preserve">5:36  </w:t>
      </w:r>
      <w:r>
        <w:rPr>
          <w:color w:val="1E1E1E"/>
        </w:rPr>
        <w:t>So the history of these franchises um relatively poor populations resource resource wise uh also uh this culture of historical exploitation there.</w:t>
      </w:r>
    </w:p>
    <w:p w14:paraId="216726AC" w14:textId="77777777" w:rsidR="002D415E" w:rsidRDefault="00000000">
      <w:pPr>
        <w:keepLines/>
      </w:pPr>
      <w:r>
        <w:rPr>
          <w:b/>
          <w:color w:val="696969"/>
          <w:sz w:val="18"/>
        </w:rPr>
        <w:t xml:space="preserve">5:54  </w:t>
      </w:r>
      <w:r>
        <w:rPr>
          <w:color w:val="1E1E1E"/>
        </w:rPr>
        <w:t>So there are variables that are on top of rule there that then needs to be uh uh applicable.</w:t>
      </w:r>
    </w:p>
    <w:p w14:paraId="0D435081" w14:textId="77777777" w:rsidR="002D415E" w:rsidRDefault="00000000">
      <w:pPr>
        <w:keepLines/>
      </w:pPr>
      <w:r>
        <w:rPr>
          <w:b/>
          <w:color w:val="696969"/>
          <w:sz w:val="18"/>
        </w:rPr>
        <w:t xml:space="preserve">6:02  </w:t>
      </w:r>
      <w:r>
        <w:rPr>
          <w:color w:val="1E1E1E"/>
        </w:rPr>
        <w:t>Yeah, that's definitely something that again as I've like started to just kind of read online and do stuff like that, they we got a very broad basically the directions for this project were very simply rural rural healthcare applications in Ohio and so we don't really have like like thinking about the different communities like we don't really have any direction.</w:t>
      </w:r>
    </w:p>
    <w:p w14:paraId="6A742B4B" w14:textId="77777777" w:rsidR="002D415E" w:rsidRDefault="00000000">
      <w:pPr>
        <w:keepLines/>
      </w:pPr>
      <w:r>
        <w:rPr>
          <w:b/>
          <w:color w:val="696969"/>
          <w:sz w:val="18"/>
        </w:rPr>
        <w:t xml:space="preserve">6:25  </w:t>
      </w:r>
      <w:r>
        <w:rPr>
          <w:color w:val="1E1E1E"/>
        </w:rPr>
        <w:t>So it's definitely something I'm trying to think about.</w:t>
      </w:r>
    </w:p>
    <w:p w14:paraId="05ADD290" w14:textId="77777777" w:rsidR="002D415E" w:rsidRDefault="00000000">
      <w:pPr>
        <w:keepLines/>
      </w:pPr>
      <w:r>
        <w:rPr>
          <w:b/>
          <w:color w:val="696969"/>
          <w:sz w:val="18"/>
        </w:rPr>
        <w:t xml:space="preserve">6:28  </w:t>
      </w:r>
      <w:r>
        <w:rPr>
          <w:color w:val="1E1E1E"/>
        </w:rPr>
        <w:t>um you started mentioning and this was kind of going right into my next question which was perfect.</w:t>
      </w:r>
    </w:p>
    <w:p w14:paraId="78738A84" w14:textId="77777777" w:rsidR="002D415E" w:rsidRDefault="00000000">
      <w:pPr>
        <w:keepLines/>
      </w:pPr>
      <w:r>
        <w:rPr>
          <w:b/>
          <w:color w:val="696969"/>
          <w:sz w:val="18"/>
        </w:rPr>
        <w:t xml:space="preserve">6:33  </w:t>
      </w:r>
      <w:r>
        <w:rPr>
          <w:color w:val="1E1E1E"/>
        </w:rPr>
        <w:t>Um uh thinking about uh a lot of the articles that I was reading about like kind of healthcare advances uh not just in rural areas but more in general is seeing how positive tellahalth experience has been.</w:t>
      </w:r>
    </w:p>
    <w:p w14:paraId="0395F09A" w14:textId="77777777" w:rsidR="002D415E" w:rsidRDefault="00000000">
      <w:pPr>
        <w:keepLines/>
      </w:pPr>
      <w:r>
        <w:rPr>
          <w:b/>
          <w:color w:val="696969"/>
          <w:sz w:val="18"/>
        </w:rPr>
        <w:t xml:space="preserve">6:46  </w:t>
      </w:r>
      <w:r>
        <w:rPr>
          <w:color w:val="1E1E1E"/>
        </w:rPr>
        <w:t>What do you think I should be?</w:t>
      </w:r>
    </w:p>
    <w:p w14:paraId="2A3C0728" w14:textId="77777777" w:rsidR="002D415E" w:rsidRDefault="00000000">
      <w:pPr>
        <w:keepLines/>
      </w:pPr>
      <w:r>
        <w:rPr>
          <w:b/>
          <w:color w:val="696969"/>
          <w:sz w:val="18"/>
        </w:rPr>
        <w:lastRenderedPageBreak/>
        <w:t xml:space="preserve">6:48  </w:t>
      </w:r>
      <w:r>
        <w:rPr>
          <w:color w:val="1E1E1E"/>
        </w:rPr>
        <w:t>I There's definitely a chance that my product ends up kind of revolving around like telealth solutions of like scheduling appointments, me, being able to message or access care from more of a rural area even if there's not as much cellular service.</w:t>
      </w:r>
    </w:p>
    <w:p w14:paraId="5BEB60BF" w14:textId="77777777" w:rsidR="002D415E" w:rsidRDefault="00000000">
      <w:pPr>
        <w:keepLines/>
      </w:pPr>
      <w:r>
        <w:rPr>
          <w:b/>
          <w:color w:val="696969"/>
          <w:sz w:val="18"/>
        </w:rPr>
        <w:t xml:space="preserve">7:03  </w:t>
      </w:r>
      <w:r>
        <w:rPr>
          <w:color w:val="1E1E1E"/>
        </w:rPr>
        <w:t>Um, so what what what if I'm exploring that avenue?</w:t>
      </w:r>
    </w:p>
    <w:p w14:paraId="6FEB69B5" w14:textId="77777777" w:rsidR="002D415E" w:rsidRDefault="00000000">
      <w:pPr>
        <w:keepLines/>
      </w:pPr>
      <w:r>
        <w:rPr>
          <w:b/>
          <w:color w:val="696969"/>
          <w:sz w:val="18"/>
        </w:rPr>
        <w:t xml:space="preserve">7:06  </w:t>
      </w:r>
      <w:r>
        <w:rPr>
          <w:color w:val="1E1E1E"/>
        </w:rPr>
        <w:t>Is there anything I should be careful not to overlook like stuff like that?</w:t>
      </w:r>
    </w:p>
    <w:p w14:paraId="35433B4B" w14:textId="77777777" w:rsidR="002D415E" w:rsidRDefault="00000000">
      <w:pPr>
        <w:keepLines/>
      </w:pPr>
      <w:r>
        <w:rPr>
          <w:b/>
          <w:color w:val="696969"/>
          <w:sz w:val="18"/>
        </w:rPr>
        <w:t xml:space="preserve">7:11  </w:t>
      </w:r>
      <w:r>
        <w:rPr>
          <w:color w:val="1E1E1E"/>
        </w:rPr>
        <w:t>Yeah. Yes. Um that is exactly something that I that I wanted to make and even on record.</w:t>
      </w:r>
    </w:p>
    <w:p w14:paraId="6F466D5B" w14:textId="77777777" w:rsidR="002D415E" w:rsidRDefault="00000000">
      <w:pPr>
        <w:keepLines/>
      </w:pPr>
      <w:r>
        <w:rPr>
          <w:b/>
          <w:color w:val="696969"/>
          <w:sz w:val="18"/>
        </w:rPr>
        <w:t xml:space="preserve">7:18  </w:t>
      </w:r>
      <w:r>
        <w:rPr>
          <w:color w:val="1E1E1E"/>
        </w:rPr>
        <w:t>So yes there is uh of course in technology advances I think the bandwidth issue now with Star I think those will will come to be resolved over time.</w:t>
      </w:r>
    </w:p>
    <w:p w14:paraId="7BDE3657" w14:textId="77777777" w:rsidR="002D415E" w:rsidRDefault="00000000">
      <w:pPr>
        <w:keepLines/>
      </w:pPr>
      <w:r>
        <w:rPr>
          <w:b/>
          <w:color w:val="696969"/>
          <w:sz w:val="18"/>
        </w:rPr>
        <w:t xml:space="preserve">7:31  </w:t>
      </w:r>
      <w:r>
        <w:rPr>
          <w:color w:val="1E1E1E"/>
        </w:rPr>
        <w:t>Yeah. Uh the issue then is more so it's not only a technical problem it's a social technical problem.</w:t>
      </w:r>
    </w:p>
    <w:p w14:paraId="16D7923B" w14:textId="77777777" w:rsidR="002D415E" w:rsidRDefault="00000000">
      <w:pPr>
        <w:keepLines/>
      </w:pPr>
      <w:r>
        <w:rPr>
          <w:b/>
          <w:color w:val="696969"/>
          <w:sz w:val="18"/>
        </w:rPr>
        <w:t xml:space="preserve">7:37  </w:t>
      </w:r>
      <w:r>
        <w:rPr>
          <w:color w:val="1E1E1E"/>
        </w:rPr>
        <w:t>Yeah. let's say I think the technical part of it it's easier to address the the social one it's not it's not so much so um we have done a lot of interviews in in this grant last year that I that I've had in rural Polia that yeah most of older clients and I do rehabilitation postcute reloation of people with people older clients that already have some form</w:t>
      </w:r>
    </w:p>
    <w:p w14:paraId="6711A731" w14:textId="77777777" w:rsidR="002D415E" w:rsidRDefault="00000000">
      <w:pPr>
        <w:keepLines/>
      </w:pPr>
      <w:r>
        <w:rPr>
          <w:b/>
          <w:color w:val="696969"/>
          <w:sz w:val="18"/>
        </w:rPr>
        <w:t xml:space="preserve">8:01  </w:t>
      </w:r>
      <w:r>
        <w:rPr>
          <w:color w:val="1E1E1E"/>
        </w:rPr>
        <w:t>of disability or uh they are not very happy with TA health as a kind of solo or replacement solution.</w:t>
      </w:r>
    </w:p>
    <w:p w14:paraId="2B47E0C3" w14:textId="77777777" w:rsidR="002D415E" w:rsidRDefault="00000000">
      <w:pPr>
        <w:keepLines/>
      </w:pPr>
      <w:r>
        <w:rPr>
          <w:b/>
          <w:color w:val="696969"/>
          <w:sz w:val="18"/>
        </w:rPr>
        <w:t xml:space="preserve">8:12  </w:t>
      </w:r>
      <w:r>
        <w:rPr>
          <w:color w:val="1E1E1E"/>
        </w:rPr>
        <w:t>Yeah. For for their needs.</w:t>
      </w:r>
    </w:p>
    <w:p w14:paraId="7F866A22" w14:textId="77777777" w:rsidR="002D415E" w:rsidRDefault="00000000">
      <w:pPr>
        <w:keepLines/>
      </w:pPr>
      <w:r>
        <w:rPr>
          <w:b/>
          <w:color w:val="696969"/>
          <w:sz w:val="18"/>
        </w:rPr>
        <w:t xml:space="preserve">8:14  </w:t>
      </w:r>
      <w:r>
        <w:rPr>
          <w:color w:val="1E1E1E"/>
        </w:rPr>
        <w:t>So they they they are trying to see oh they they charge you charge me the same amount of money for for this type of service that I yeah I don't think it's the same.</w:t>
      </w:r>
    </w:p>
    <w:p w14:paraId="62A29DA0" w14:textId="77777777" w:rsidR="002D415E" w:rsidRDefault="00000000">
      <w:pPr>
        <w:keepLines/>
      </w:pPr>
      <w:r>
        <w:rPr>
          <w:b/>
          <w:color w:val="696969"/>
          <w:sz w:val="18"/>
        </w:rPr>
        <w:t xml:space="preserve">8:25  </w:t>
      </w:r>
      <w:r>
        <w:rPr>
          <w:color w:val="1E1E1E"/>
        </w:rPr>
        <w:t>Yeah. Um that being said of course there is a role for for for that.</w:t>
      </w:r>
    </w:p>
    <w:p w14:paraId="1385E5F5" w14:textId="77777777" w:rsidR="002D415E" w:rsidRDefault="00000000">
      <w:pPr>
        <w:keepLines/>
      </w:pPr>
      <w:r>
        <w:rPr>
          <w:b/>
          <w:color w:val="696969"/>
          <w:sz w:val="18"/>
        </w:rPr>
        <w:t xml:space="preserve">8:30  </w:t>
      </w:r>
      <w:r>
        <w:rPr>
          <w:color w:val="1E1E1E"/>
        </w:rPr>
        <w:t>uh uh I would cautious uh be cautious against the solution that would be 100% reliable on the teleah health part.</w:t>
      </w:r>
    </w:p>
    <w:p w14:paraId="12D3B1E3" w14:textId="77777777" w:rsidR="002D415E" w:rsidRDefault="00000000">
      <w:pPr>
        <w:keepLines/>
      </w:pPr>
      <w:r>
        <w:rPr>
          <w:b/>
          <w:color w:val="696969"/>
          <w:sz w:val="18"/>
        </w:rPr>
        <w:t xml:space="preserve">8:39  </w:t>
      </w:r>
      <w:r>
        <w:rPr>
          <w:color w:val="1E1E1E"/>
        </w:rPr>
        <w:t>Yeah. Another of the issues that we are going down to those communities was uh entire rehabilitation is is also a part of that.</w:t>
      </w:r>
    </w:p>
    <w:p w14:paraId="5E5C08AF" w14:textId="77777777" w:rsidR="002D415E" w:rsidRDefault="00000000">
      <w:pPr>
        <w:keepLines/>
      </w:pPr>
      <w:r>
        <w:rPr>
          <w:b/>
          <w:color w:val="696969"/>
          <w:sz w:val="18"/>
        </w:rPr>
        <w:t xml:space="preserve">8:46  </w:t>
      </w:r>
      <w:r>
        <w:rPr>
          <w:color w:val="1E1E1E"/>
        </w:rPr>
        <w:t>So uh and there is uh we were building a manual of evidence based options.</w:t>
      </w:r>
    </w:p>
    <w:p w14:paraId="0BC61CC3" w14:textId="77777777" w:rsidR="002D415E" w:rsidRDefault="00000000">
      <w:pPr>
        <w:keepLines/>
      </w:pPr>
      <w:r>
        <w:rPr>
          <w:b/>
          <w:color w:val="696969"/>
          <w:sz w:val="18"/>
        </w:rPr>
        <w:t xml:space="preserve">8:51  </w:t>
      </w:r>
      <w:r>
        <w:rPr>
          <w:color w:val="1E1E1E"/>
        </w:rPr>
        <w:t>So we did a community based code design and how to exactly supply their their needs in that in in that part of the state and we were bringing people from the community that are kind of directors of the senior centers directors of the health of the health commission health commissioners there and so on with all the the data all the maps all the evidence-based approach the tellah</w:t>
      </w:r>
    </w:p>
    <w:p w14:paraId="4A4A09A1" w14:textId="77777777" w:rsidR="002D415E" w:rsidRDefault="00000000">
      <w:pPr>
        <w:keepLines/>
      </w:pPr>
      <w:r>
        <w:rPr>
          <w:b/>
          <w:color w:val="696969"/>
          <w:sz w:val="18"/>
        </w:rPr>
        <w:t xml:space="preserve">9:14  </w:t>
      </w:r>
      <w:r>
        <w:rPr>
          <w:color w:val="1E1E1E"/>
        </w:rPr>
        <w:t>health and and several others approach and and how to address the gaps that we have mapped there and regarding the part of the tele health there was always oh if you think that these older adults that live around here are going to pick up their smartphone to make login do the double authentication factor and something like that forget about it it's not work um and first they</w:t>
      </w:r>
    </w:p>
    <w:p w14:paraId="15604673" w14:textId="77777777" w:rsidR="002D415E" w:rsidRDefault="00000000">
      <w:pPr>
        <w:keepLines/>
      </w:pPr>
      <w:r>
        <w:rPr>
          <w:b/>
          <w:color w:val="696969"/>
          <w:sz w:val="18"/>
        </w:rPr>
        <w:t xml:space="preserve">9:41  </w:t>
      </w:r>
      <w:r>
        <w:rPr>
          <w:color w:val="1E1E1E"/>
        </w:rPr>
        <w:t>don't want it second they don't see that as a replacement it may work with a fraction of the population even a fraction of the older population that it's not going to be probably something that is generally applicable because uh it doesn't even start.</w:t>
      </w:r>
    </w:p>
    <w:p w14:paraId="297B5EE7" w14:textId="77777777" w:rsidR="002D415E" w:rsidRDefault="00000000">
      <w:pPr>
        <w:keepLines/>
      </w:pPr>
      <w:r>
        <w:rPr>
          <w:b/>
          <w:color w:val="696969"/>
          <w:sz w:val="18"/>
        </w:rPr>
        <w:t xml:space="preserve">9:58  </w:t>
      </w:r>
      <w:r>
        <w:rPr>
          <w:color w:val="1E1E1E"/>
        </w:rPr>
        <w:t>Yeah. Um something that was that we came out in our code design is that okay this this might work uh essentially as kind of followup procedures when you already have established patient relationship or healthcare relationship and may work when there is a mediating person.</w:t>
      </w:r>
    </w:p>
    <w:p w14:paraId="7CF49570" w14:textId="77777777" w:rsidR="002D415E" w:rsidRDefault="00000000">
      <w:pPr>
        <w:keepLines/>
      </w:pPr>
      <w:r>
        <w:rPr>
          <w:b/>
          <w:color w:val="696969"/>
          <w:sz w:val="18"/>
        </w:rPr>
        <w:t xml:space="preserve">10:22  </w:t>
      </w:r>
      <w:r>
        <w:rPr>
          <w:color w:val="1E1E1E"/>
        </w:rPr>
        <w:t>uh when there is someone that is already a community out worker that is going to make visits that there is a person in that neighborhood that is a trusted mediator.</w:t>
      </w:r>
    </w:p>
    <w:p w14:paraId="4E15DB81" w14:textId="77777777" w:rsidR="002D415E" w:rsidRDefault="00000000">
      <w:pPr>
        <w:keepLines/>
      </w:pPr>
      <w:r>
        <w:rPr>
          <w:b/>
          <w:color w:val="696969"/>
          <w:sz w:val="18"/>
        </w:rPr>
        <w:lastRenderedPageBreak/>
        <w:t xml:space="preserve">10:33  </w:t>
      </w:r>
      <w:r>
        <w:rPr>
          <w:color w:val="1E1E1E"/>
        </w:rPr>
        <w:t>Uh when there is a a community level activity that is in the senior center and you have the staff or the aid of the senior center that are going to be the ones that are going to handle the technology and move the camera around.</w:t>
      </w:r>
    </w:p>
    <w:p w14:paraId="3792BA68" w14:textId="77777777" w:rsidR="002D415E" w:rsidRDefault="00000000">
      <w:pPr>
        <w:keepLines/>
      </w:pPr>
      <w:r>
        <w:rPr>
          <w:b/>
          <w:color w:val="696969"/>
          <w:sz w:val="18"/>
        </w:rPr>
        <w:t xml:space="preserve">10:46  </w:t>
      </w:r>
      <w:r>
        <w:rPr>
          <w:color w:val="1E1E1E"/>
        </w:rPr>
        <w:t>Yeah. things like that and and and uh and translate the instructions of the providers to those older adults and and sometimes they have cognitive issues as well.</w:t>
      </w:r>
    </w:p>
    <w:p w14:paraId="1305F9C2" w14:textId="77777777" w:rsidR="002D415E" w:rsidRDefault="00000000">
      <w:pPr>
        <w:keepLines/>
      </w:pPr>
      <w:r>
        <w:rPr>
          <w:b/>
          <w:color w:val="696969"/>
          <w:sz w:val="18"/>
        </w:rPr>
        <w:t xml:space="preserve">10:58  </w:t>
      </w:r>
      <w:r>
        <w:rPr>
          <w:color w:val="1E1E1E"/>
        </w:rPr>
        <w:t>So if I'm going to say, "Oh, you need to raise your arm 90 degrees to the left or something like that."</w:t>
      </w:r>
    </w:p>
    <w:p w14:paraId="674B3003" w14:textId="77777777" w:rsidR="002D415E" w:rsidRDefault="00000000">
      <w:pPr>
        <w:keepLines/>
      </w:pPr>
      <w:r>
        <w:rPr>
          <w:b/>
          <w:color w:val="696969"/>
          <w:sz w:val="18"/>
        </w:rPr>
        <w:t xml:space="preserve">11:02  </w:t>
      </w:r>
      <w:r>
        <w:rPr>
          <w:color w:val="1E1E1E"/>
        </w:rPr>
        <w:t>Yeah. Uh if you don't have someone in the place that is going to help, oh, you need to do it like this.</w:t>
      </w:r>
    </w:p>
    <w:p w14:paraId="4A7DC732" w14:textId="77777777" w:rsidR="002D415E" w:rsidRDefault="00000000">
      <w:pPr>
        <w:keepLines/>
      </w:pPr>
      <w:r>
        <w:rPr>
          <w:b/>
          <w:color w:val="696969"/>
          <w:sz w:val="18"/>
        </w:rPr>
        <w:t xml:space="preserve">11:08  </w:t>
      </w:r>
      <w:r>
        <w:rPr>
          <w:color w:val="1E1E1E"/>
        </w:rPr>
        <w:t>Yeah. It's it's not going to work out.</w:t>
      </w:r>
    </w:p>
    <w:p w14:paraId="564F966A" w14:textId="77777777" w:rsidR="002D415E" w:rsidRDefault="00000000">
      <w:pPr>
        <w:keepLines/>
      </w:pPr>
      <w:r>
        <w:rPr>
          <w:b/>
          <w:color w:val="696969"/>
          <w:sz w:val="18"/>
        </w:rPr>
        <w:t xml:space="preserve">11:12  </w:t>
      </w:r>
      <w:r>
        <w:rPr>
          <w:color w:val="1E1E1E"/>
        </w:rPr>
        <w:t>uh so yes there is there is some some issues that that need to be considered but I think this principles of having a mediation partway someone that is going to be the kind of the the person that is going to be in person that doesn't need to be the healthcare provider but it's going to be to be mediating their relationship uh it can work it's sometimes it's</w:t>
      </w:r>
    </w:p>
    <w:p w14:paraId="464A44C3" w14:textId="77777777" w:rsidR="002D415E" w:rsidRDefault="00000000">
      <w:pPr>
        <w:keepLines/>
      </w:pPr>
      <w:r>
        <w:rPr>
          <w:b/>
          <w:color w:val="696969"/>
          <w:sz w:val="18"/>
        </w:rPr>
        <w:t xml:space="preserve">11:33  </w:t>
      </w:r>
      <w:r>
        <w:rPr>
          <w:color w:val="1E1E1E"/>
        </w:rPr>
        <w:t>done with the informal caregivers but that also had some issues so if you have just providing some some of the research that we have done if you have a physical therapist try to evaluate way to walk over a camera.</w:t>
      </w:r>
    </w:p>
    <w:p w14:paraId="2A3CC807" w14:textId="77777777" w:rsidR="002D415E" w:rsidRDefault="00000000">
      <w:pPr>
        <w:keepLines/>
      </w:pPr>
      <w:r>
        <w:rPr>
          <w:b/>
          <w:color w:val="696969"/>
          <w:sz w:val="18"/>
        </w:rPr>
        <w:t xml:space="preserve">11:45  </w:t>
      </w:r>
      <w:r>
        <w:rPr>
          <w:color w:val="1E1E1E"/>
        </w:rPr>
        <w:t>Yeah. And and a movement like so uh you need to uh it's frustrating because you're providing that if even if you are providing that information to an formal caregiver uh that may caregiver may not necessarily understand it the best way um also having issues with technology and so on.</w:t>
      </w:r>
    </w:p>
    <w:p w14:paraId="78D2908D" w14:textId="77777777" w:rsidR="002D415E" w:rsidRDefault="00000000">
      <w:pPr>
        <w:keepLines/>
      </w:pPr>
      <w:r>
        <w:rPr>
          <w:b/>
          <w:color w:val="696969"/>
          <w:sz w:val="18"/>
        </w:rPr>
        <w:t xml:space="preserve">12:02  </w:t>
      </w:r>
      <w:r>
        <w:rPr>
          <w:color w:val="1E1E1E"/>
        </w:rPr>
        <w:t>So every interaction it's going to have a lot of variation and you know the problem of quality it's variation.</w:t>
      </w:r>
    </w:p>
    <w:p w14:paraId="41007386" w14:textId="77777777" w:rsidR="002D415E" w:rsidRDefault="00000000">
      <w:pPr>
        <w:keepLines/>
      </w:pPr>
      <w:r>
        <w:rPr>
          <w:b/>
          <w:color w:val="696969"/>
          <w:sz w:val="18"/>
        </w:rPr>
        <w:t xml:space="preserve">12:08  </w:t>
      </w:r>
      <w:r>
        <w:rPr>
          <w:color w:val="1E1E1E"/>
        </w:rPr>
        <w:t>Yeah. Um so if you have one person that is one person that is a mediator that use that does this for a person A that does that for person B person C and so on that that level of interaction of interaction will be a little bit more standardized and a lot less frustrating for both ends.</w:t>
      </w:r>
    </w:p>
    <w:p w14:paraId="495CB0B9" w14:textId="77777777" w:rsidR="002D415E" w:rsidRDefault="00000000">
      <w:pPr>
        <w:keepLines/>
      </w:pPr>
      <w:r>
        <w:rPr>
          <w:b/>
          <w:color w:val="696969"/>
          <w:sz w:val="18"/>
        </w:rPr>
        <w:t xml:space="preserve">12:28  </w:t>
      </w:r>
      <w:r>
        <w:rPr>
          <w:color w:val="1E1E1E"/>
        </w:rPr>
        <w:t>Yeah that's super helpful. I was just yeah I was going to ask of like um what it could be uh of that like same thing of like having a mediator but is there any other like solutions that you've had seen positive impact of communities like just just very interested in it's something that we have done for for a grant for the veterans administration.</w:t>
      </w:r>
    </w:p>
    <w:p w14:paraId="03F48945" w14:textId="77777777" w:rsidR="002D415E" w:rsidRDefault="00000000">
      <w:pPr>
        <w:keepLines/>
      </w:pPr>
      <w:r>
        <w:rPr>
          <w:b/>
          <w:color w:val="696969"/>
          <w:sz w:val="18"/>
        </w:rPr>
        <w:t xml:space="preserve">12:50  </w:t>
      </w:r>
      <w:r>
        <w:rPr>
          <w:color w:val="1E1E1E"/>
        </w:rPr>
        <w:t>Uh so they are they are the only eventually only healthcare system that is spread all across the country.</w:t>
      </w:r>
    </w:p>
    <w:p w14:paraId="5742CA4C" w14:textId="77777777" w:rsidR="002D415E" w:rsidRDefault="00000000">
      <w:pPr>
        <w:keepLines/>
      </w:pPr>
      <w:r>
        <w:rPr>
          <w:b/>
          <w:color w:val="696969"/>
          <w:sz w:val="18"/>
        </w:rPr>
        <w:t xml:space="preserve">12:55  </w:t>
      </w:r>
      <w:r>
        <w:rPr>
          <w:color w:val="1E1E1E"/>
        </w:rPr>
        <w:t>So they serve every every veteran wherever they live.</w:t>
      </w:r>
    </w:p>
    <w:p w14:paraId="3857A239" w14:textId="77777777" w:rsidR="002D415E" w:rsidRDefault="00000000">
      <w:pPr>
        <w:keepLines/>
      </w:pPr>
      <w:r>
        <w:rPr>
          <w:b/>
          <w:color w:val="696969"/>
          <w:sz w:val="18"/>
        </w:rPr>
        <w:t xml:space="preserve">12:58  </w:t>
      </w:r>
      <w:r>
        <w:rPr>
          <w:color w:val="1E1E1E"/>
        </w:rPr>
        <w:t>So uh not strangely they had probably the most advanced not necessarily the most advanced project but the most advanced system of using of using tower health um in our robotation which is the one that I that I'm most familiar with and what the project that we were doing is that we were developing some so if you have uh simple instruments that you need to use to measure</w:t>
      </w:r>
    </w:p>
    <w:p w14:paraId="14F72BAB" w14:textId="77777777" w:rsidR="002D415E" w:rsidRDefault="00000000">
      <w:pPr>
        <w:keepLines/>
      </w:pPr>
      <w:r>
        <w:rPr>
          <w:b/>
          <w:color w:val="696969"/>
          <w:sz w:val="18"/>
        </w:rPr>
        <w:t xml:space="preserve">13:24  </w:t>
      </w:r>
      <w:r>
        <w:rPr>
          <w:color w:val="1E1E1E"/>
        </w:rPr>
        <w:t>physical function and so on those were not designed for being delivered via teleah health.</w:t>
      </w:r>
    </w:p>
    <w:p w14:paraId="6952F31E" w14:textId="77777777" w:rsidR="002D415E" w:rsidRDefault="00000000">
      <w:pPr>
        <w:keepLines/>
      </w:pPr>
      <w:r>
        <w:rPr>
          <w:b/>
          <w:color w:val="696969"/>
          <w:sz w:val="18"/>
        </w:rPr>
        <w:t xml:space="preserve">13:30  </w:t>
      </w:r>
      <w:r>
        <w:rPr>
          <w:color w:val="1E1E1E"/>
        </w:rPr>
        <w:t>So what we doing was to select some among the hundreds of those that exist that some sex that were the most suitable and importable important to be also delivered by tellahalth measuring upper arm function and lower body function and balance and so on.</w:t>
      </w:r>
    </w:p>
    <w:p w14:paraId="2E45C85A" w14:textId="77777777" w:rsidR="002D415E" w:rsidRDefault="00000000">
      <w:pPr>
        <w:keepLines/>
      </w:pPr>
      <w:r>
        <w:rPr>
          <w:b/>
          <w:color w:val="696969"/>
          <w:sz w:val="18"/>
        </w:rPr>
        <w:t xml:space="preserve">13:49  </w:t>
      </w:r>
      <w:r>
        <w:rPr>
          <w:color w:val="1E1E1E"/>
        </w:rPr>
        <w:t>And we develop a series of uh very direct instructions that we need to provide to both the provider and both the patient that they can have when they access that platform which is are how you should position the camera and all those instruction in very plain English and things like that.</w:t>
      </w:r>
    </w:p>
    <w:p w14:paraId="4623E13D" w14:textId="77777777" w:rsidR="002D415E" w:rsidRDefault="00000000">
      <w:pPr>
        <w:keepLines/>
      </w:pPr>
      <w:r>
        <w:rPr>
          <w:b/>
          <w:color w:val="696969"/>
          <w:sz w:val="18"/>
        </w:rPr>
        <w:t xml:space="preserve">14:06  </w:t>
      </w:r>
      <w:r>
        <w:rPr>
          <w:color w:val="1E1E1E"/>
        </w:rPr>
        <w:t>So that to avoid that level of variation that is uh that you need to figure out during a live call on how to do that and more than that we're also coming out to say oh this is vital health is dangerous the person may fall or something like that kind of figure out which ones were suitable for doing that in that way and the ones that we</w:t>
      </w:r>
    </w:p>
    <w:p w14:paraId="6984B201" w14:textId="77777777" w:rsidR="002D415E" w:rsidRDefault="00000000">
      <w:pPr>
        <w:keepLines/>
      </w:pPr>
      <w:r>
        <w:rPr>
          <w:b/>
          <w:color w:val="696969"/>
          <w:sz w:val="18"/>
        </w:rPr>
        <w:lastRenderedPageBreak/>
        <w:t xml:space="preserve">14:26  </w:t>
      </w:r>
      <w:r>
        <w:rPr>
          <w:color w:val="1E1E1E"/>
        </w:rPr>
        <w:t>find suitable and not it's safe to do uh we develop very strict instructions which is kind of one page very direct instructions which first position this in this way.</w:t>
      </w:r>
    </w:p>
    <w:p w14:paraId="22ADD031" w14:textId="77777777" w:rsidR="002D415E" w:rsidRDefault="00000000">
      <w:pPr>
        <w:keepLines/>
      </w:pPr>
      <w:r>
        <w:rPr>
          <w:b/>
          <w:color w:val="696969"/>
          <w:sz w:val="18"/>
        </w:rPr>
        <w:t xml:space="preserve">14:37  </w:t>
      </w:r>
      <w:r>
        <w:rPr>
          <w:color w:val="1E1E1E"/>
        </w:rPr>
        <w:t>Second, there's a very direct action verbs on on how to do that.</w:t>
      </w:r>
    </w:p>
    <w:p w14:paraId="0118BD00" w14:textId="77777777" w:rsidR="002D415E" w:rsidRDefault="00000000">
      <w:pPr>
        <w:keepLines/>
      </w:pPr>
      <w:r>
        <w:rPr>
          <w:b/>
          <w:color w:val="696969"/>
          <w:sz w:val="18"/>
        </w:rPr>
        <w:t xml:space="preserve">14:42  </w:t>
      </w:r>
      <w:r>
        <w:rPr>
          <w:color w:val="1E1E1E"/>
        </w:rPr>
        <w:t>So, and we better tested those instructions uh with with the veterans and and the physical therapists are volunteering for doing that.</w:t>
      </w:r>
    </w:p>
    <w:p w14:paraId="2D174A45" w14:textId="77777777" w:rsidR="002D415E" w:rsidRDefault="00000000">
      <w:pPr>
        <w:keepLines/>
      </w:pPr>
      <w:r>
        <w:rPr>
          <w:b/>
          <w:color w:val="696969"/>
          <w:sz w:val="18"/>
        </w:rPr>
        <w:t xml:space="preserve">14:51  </w:t>
      </w:r>
      <w:r>
        <w:rPr>
          <w:color w:val="1E1E1E"/>
        </w:rPr>
        <w:t>So, yeah, that would be having a very strict adapted and better tested instructions on how to make it just because it's a something that was standardized developed.</w:t>
      </w:r>
    </w:p>
    <w:p w14:paraId="7189056B" w14:textId="77777777" w:rsidR="002D415E" w:rsidRDefault="00000000">
      <w:pPr>
        <w:keepLines/>
      </w:pPr>
      <w:r>
        <w:rPr>
          <w:b/>
          <w:color w:val="696969"/>
          <w:sz w:val="18"/>
        </w:rPr>
        <w:t xml:space="preserve">15:05  </w:t>
      </w:r>
      <w:r>
        <w:rPr>
          <w:color w:val="1E1E1E"/>
        </w:rPr>
        <w:t>was not developed during a uh teleah health environments or or for that for those circumstances, it may not work the same way.</w:t>
      </w:r>
    </w:p>
    <w:p w14:paraId="30A1C2BC" w14:textId="77777777" w:rsidR="002D415E" w:rsidRDefault="00000000">
      <w:pPr>
        <w:keepLines/>
      </w:pPr>
      <w:r>
        <w:rPr>
          <w:b/>
          <w:color w:val="696969"/>
          <w:sz w:val="18"/>
        </w:rPr>
        <w:t xml:space="preserve">15:14  </w:t>
      </w:r>
      <w:r>
        <w:rPr>
          <w:color w:val="1E1E1E"/>
        </w:rPr>
        <w:t>Yeah, that's yeah, that's super helpful to think about because uh we're I guess I have to make sure in this kind of capstone project that I don't go too broad on things and I kind of narrow down.</w:t>
      </w:r>
    </w:p>
    <w:p w14:paraId="48B874E5" w14:textId="77777777" w:rsidR="002D415E" w:rsidRDefault="00000000">
      <w:pPr>
        <w:keepLines/>
      </w:pPr>
      <w:r>
        <w:rPr>
          <w:b/>
          <w:color w:val="696969"/>
          <w:sz w:val="18"/>
        </w:rPr>
        <w:t xml:space="preserve">15:24  </w:t>
      </w:r>
      <w:r>
        <w:rPr>
          <w:color w:val="1E1E1E"/>
        </w:rPr>
        <w:t>So even if I'm just working on instruction things, Yeah.</w:t>
      </w:r>
    </w:p>
    <w:p w14:paraId="676963C9" w14:textId="77777777" w:rsidR="002D415E" w:rsidRDefault="00000000">
      <w:pPr>
        <w:keepLines/>
      </w:pPr>
      <w:r>
        <w:rPr>
          <w:b/>
          <w:color w:val="696969"/>
          <w:sz w:val="18"/>
        </w:rPr>
        <w:t xml:space="preserve">15:27  </w:t>
      </w:r>
      <w:r>
        <w:rPr>
          <w:color w:val="1E1E1E"/>
        </w:rPr>
        <w:t>it's super helpful because if if we go too broad, you're going to be to to to be vague.</w:t>
      </w:r>
    </w:p>
    <w:p w14:paraId="5125F3C1" w14:textId="77777777" w:rsidR="002D415E" w:rsidRDefault="00000000">
      <w:pPr>
        <w:keepLines/>
      </w:pPr>
      <w:r>
        <w:rPr>
          <w:b/>
          <w:color w:val="696969"/>
          <w:sz w:val="18"/>
        </w:rPr>
        <w:t xml:space="preserve">15:32  </w:t>
      </w:r>
      <w:r>
        <w:rPr>
          <w:color w:val="1E1E1E"/>
        </w:rPr>
        <w:t>Yes. Yeah. Yeah. Great. Um, uh, kind of to wrap it up, I don't want to hold you for too long.</w:t>
      </w:r>
    </w:p>
    <w:p w14:paraId="380515DF" w14:textId="77777777" w:rsidR="002D415E" w:rsidRDefault="00000000">
      <w:pPr>
        <w:keepLines/>
      </w:pPr>
      <w:r>
        <w:rPr>
          <w:b/>
          <w:color w:val="696969"/>
          <w:sz w:val="18"/>
        </w:rPr>
        <w:t xml:space="preserve">15:38  </w:t>
      </w:r>
      <w:r>
        <w:rPr>
          <w:color w:val="1E1E1E"/>
        </w:rPr>
        <w:t>Um, is there anything, uh, else you'd recommend, uh, any other resource resources you recommend I kind of look into or people to talk to?</w:t>
      </w:r>
    </w:p>
    <w:p w14:paraId="3624CEEC" w14:textId="77777777" w:rsidR="002D415E" w:rsidRDefault="00000000">
      <w:pPr>
        <w:keepLines/>
      </w:pPr>
      <w:r>
        <w:rPr>
          <w:b/>
          <w:color w:val="696969"/>
          <w:sz w:val="18"/>
        </w:rPr>
        <w:t xml:space="preserve">15:46  </w:t>
      </w:r>
      <w:r>
        <w:rPr>
          <w:color w:val="1E1E1E"/>
        </w:rPr>
        <w:t>Um, or like anything else to keep in mind during my process that you might think would be helpful.</w:t>
      </w:r>
    </w:p>
    <w:p w14:paraId="3D231571" w14:textId="77777777" w:rsidR="002D415E" w:rsidRDefault="00000000">
      <w:pPr>
        <w:keepLines/>
      </w:pPr>
      <w:r>
        <w:rPr>
          <w:b/>
          <w:color w:val="696969"/>
          <w:sz w:val="18"/>
        </w:rPr>
        <w:t xml:space="preserve">15:52  </w:t>
      </w:r>
      <w:r>
        <w:rPr>
          <w:color w:val="1E1E1E"/>
        </w:rPr>
        <w:t>Yeah, my my answer it's it's a little bit stuck on the prior point.</w:t>
      </w:r>
    </w:p>
    <w:p w14:paraId="05FA6480" w14:textId="77777777" w:rsidR="002D415E" w:rsidRDefault="00000000">
      <w:pPr>
        <w:keepLines/>
      </w:pPr>
      <w:r>
        <w:rPr>
          <w:b/>
          <w:color w:val="696969"/>
          <w:sz w:val="18"/>
        </w:rPr>
        <w:t xml:space="preserve">15:56  </w:t>
      </w:r>
      <w:r>
        <w:rPr>
          <w:color w:val="1E1E1E"/>
        </w:rPr>
        <w:t>So, it would depend on exactly what type of product that would Yeah, you you probably have this two part ways.</w:t>
      </w:r>
    </w:p>
    <w:p w14:paraId="71EE2ACF" w14:textId="77777777" w:rsidR="002D415E" w:rsidRDefault="00000000">
      <w:pPr>
        <w:keepLines/>
      </w:pPr>
      <w:r>
        <w:rPr>
          <w:b/>
          <w:color w:val="696969"/>
          <w:sz w:val="18"/>
        </w:rPr>
        <w:t xml:space="preserve">16:02  </w:t>
      </w:r>
      <w:r>
        <w:rPr>
          <w:color w:val="1E1E1E"/>
        </w:rPr>
        <w:t>Not sure if you are develop trying to develop a product or a service delivery or or product tool or a service delivery mechanism that may rely on a product or in a product.</w:t>
      </w:r>
    </w:p>
    <w:p w14:paraId="58ED3CC3" w14:textId="77777777" w:rsidR="002D415E" w:rsidRDefault="00000000">
      <w:pPr>
        <w:keepLines/>
      </w:pPr>
      <w:r>
        <w:rPr>
          <w:b/>
          <w:color w:val="696969"/>
          <w:sz w:val="18"/>
        </w:rPr>
        <w:t xml:space="preserve">16:17  </w:t>
      </w:r>
      <w:r>
        <w:rPr>
          <w:color w:val="1E1E1E"/>
        </w:rPr>
        <w:t>So that would be kind of the first thing to do.</w:t>
      </w:r>
    </w:p>
    <w:p w14:paraId="2040DE88" w14:textId="77777777" w:rsidR="002D415E" w:rsidRDefault="00000000">
      <w:pPr>
        <w:keepLines/>
      </w:pPr>
      <w:r>
        <w:rPr>
          <w:b/>
          <w:color w:val="696969"/>
          <w:sz w:val="18"/>
        </w:rPr>
        <w:t xml:space="preserve">16:21  </w:t>
      </w:r>
      <w:r>
        <w:rPr>
          <w:color w:val="1E1E1E"/>
        </w:rPr>
        <w:t>But even if we're developing a product or a concept of a product or something like that, the way it's going to be delivered, the how and so on and who is going to be delivered.</w:t>
      </w:r>
    </w:p>
    <w:p w14:paraId="73A5CB23" w14:textId="77777777" w:rsidR="002D415E" w:rsidRDefault="00000000">
      <w:pPr>
        <w:keepLines/>
      </w:pPr>
      <w:r>
        <w:rPr>
          <w:b/>
          <w:color w:val="696969"/>
          <w:sz w:val="18"/>
        </w:rPr>
        <w:t xml:space="preserve">16:30  </w:t>
      </w:r>
      <w:r>
        <w:rPr>
          <w:color w:val="1E1E1E"/>
        </w:rPr>
        <w:t>So those are important questions.</w:t>
      </w:r>
    </w:p>
    <w:p w14:paraId="3A6F05B6" w14:textId="77777777" w:rsidR="002D415E" w:rsidRDefault="00000000">
      <w:pPr>
        <w:keepLines/>
      </w:pPr>
      <w:r>
        <w:rPr>
          <w:b/>
          <w:color w:val="696969"/>
          <w:sz w:val="18"/>
        </w:rPr>
        <w:t xml:space="preserve">16:33  </w:t>
      </w:r>
      <w:r>
        <w:rPr>
          <w:color w:val="1E1E1E"/>
        </w:rPr>
        <w:t>Yeah. Questions to be made.</w:t>
      </w:r>
    </w:p>
    <w:p w14:paraId="503AE4AB" w14:textId="77777777" w:rsidR="002D415E" w:rsidRDefault="00000000">
      <w:pPr>
        <w:keepLines/>
      </w:pPr>
      <w:r>
        <w:rPr>
          <w:b/>
          <w:color w:val="696969"/>
          <w:sz w:val="18"/>
        </w:rPr>
        <w:t xml:space="preserve">16:34  </w:t>
      </w:r>
      <w:r>
        <w:rPr>
          <w:color w:val="1E1E1E"/>
        </w:rPr>
        <w:t>So yeah and and probably the the other best piece would be that yeah the code design elements it's very it's it's it's very important.</w:t>
      </w:r>
    </w:p>
    <w:p w14:paraId="7E634DE2" w14:textId="77777777" w:rsidR="002D415E" w:rsidRDefault="00000000">
      <w:pPr>
        <w:keepLines/>
      </w:pPr>
      <w:r>
        <w:rPr>
          <w:b/>
          <w:color w:val="696969"/>
          <w:sz w:val="18"/>
        </w:rPr>
        <w:t xml:space="preserve">16:44  </w:t>
      </w:r>
      <w:r>
        <w:rPr>
          <w:color w:val="1E1E1E"/>
        </w:rPr>
        <w:t>So have end users uh trying to co-design in the or provide very important hints for what what they want in that type of product uh before it's even designed.</w:t>
      </w:r>
    </w:p>
    <w:p w14:paraId="42AFC82B" w14:textId="77777777" w:rsidR="002D415E" w:rsidRDefault="00000000">
      <w:pPr>
        <w:keepLines/>
      </w:pPr>
      <w:r>
        <w:rPr>
          <w:b/>
          <w:color w:val="696969"/>
          <w:sz w:val="18"/>
        </w:rPr>
        <w:t xml:space="preserve">16:58  </w:t>
      </w:r>
      <w:r>
        <w:rPr>
          <w:color w:val="1E1E1E"/>
        </w:rPr>
        <w:t>Yeah. because there are things that are are are going to be shaped in that way rather than to have a first prototype and then look how can we adapt this because maybe it was designed in a way that by design it's not applicable.</w:t>
      </w:r>
    </w:p>
    <w:p w14:paraId="6C9EF734" w14:textId="77777777" w:rsidR="002D415E" w:rsidRDefault="00000000">
      <w:pPr>
        <w:keepLines/>
      </w:pPr>
      <w:r>
        <w:rPr>
          <w:b/>
          <w:color w:val="696969"/>
          <w:sz w:val="18"/>
        </w:rPr>
        <w:t xml:space="preserve">17:14  </w:t>
      </w:r>
      <w:r>
        <w:rPr>
          <w:color w:val="1E1E1E"/>
        </w:rPr>
        <w:t>Yeah. Great. Yeah, that that's super helpful.</w:t>
      </w:r>
    </w:p>
    <w:p w14:paraId="297E8113" w14:textId="77777777" w:rsidR="002D415E" w:rsidRDefault="00000000">
      <w:pPr>
        <w:keepLines/>
      </w:pPr>
      <w:r>
        <w:rPr>
          <w:b/>
          <w:color w:val="696969"/>
          <w:sz w:val="18"/>
        </w:rPr>
        <w:t xml:space="preserve">17:17  </w:t>
      </w:r>
      <w:r>
        <w:rPr>
          <w:color w:val="1E1E1E"/>
        </w:rPr>
        <w:t>Um that's the the good thing and the good and bad thing about this industrial design major is that we're so broad where we can focus on product or systems and co-design all this stuff.</w:t>
      </w:r>
    </w:p>
    <w:p w14:paraId="752A810D" w14:textId="77777777" w:rsidR="002D415E" w:rsidRDefault="00000000">
      <w:pPr>
        <w:keepLines/>
      </w:pPr>
      <w:r>
        <w:rPr>
          <w:b/>
          <w:color w:val="696969"/>
          <w:sz w:val="18"/>
        </w:rPr>
        <w:lastRenderedPageBreak/>
        <w:t xml:space="preserve">17:28  </w:t>
      </w:r>
      <w:r>
        <w:rPr>
          <w:color w:val="1E1E1E"/>
        </w:rPr>
        <w:t>we learn him do all this stuff, so it's hard to get narrowed down, but I think this was a super helpful conversation at least um to especially to get me started on this.</w:t>
      </w:r>
    </w:p>
    <w:p w14:paraId="7AA5D70A" w14:textId="77777777" w:rsidR="002D415E" w:rsidRDefault="00000000">
      <w:pPr>
        <w:keepLines/>
      </w:pPr>
      <w:r>
        <w:rPr>
          <w:b/>
          <w:color w:val="696969"/>
          <w:sz w:val="18"/>
        </w:rPr>
        <w:t xml:space="preserve">17:37  </w:t>
      </w:r>
      <w:r>
        <w:rPr>
          <w:color w:val="1E1E1E"/>
        </w:rPr>
        <w:t>So, thanks for your time and uh hopefully I I might be able to keep in touch and I'll let you know how things are going.</w:t>
      </w:r>
    </w:p>
    <w:p w14:paraId="47379C7C" w14:textId="77777777" w:rsidR="002D415E" w:rsidRDefault="00000000">
      <w:pPr>
        <w:keepLines/>
      </w:pPr>
      <w:r>
        <w:rPr>
          <w:b/>
          <w:color w:val="696969"/>
          <w:sz w:val="18"/>
        </w:rPr>
        <w:t xml:space="preserve">17:44  </w:t>
      </w:r>
      <w:r>
        <w:rPr>
          <w:color w:val="1E1E1E"/>
        </w:rPr>
        <w:t>Okay, thank you. Great. Thank you so much.</w:t>
      </w:r>
    </w:p>
    <w:p w14:paraId="3B7B12A5" w14:textId="77777777" w:rsidR="002D415E" w:rsidRDefault="00000000">
      <w:pPr>
        <w:keepLines/>
      </w:pPr>
      <w:r>
        <w:rPr>
          <w:b/>
          <w:color w:val="696969"/>
          <w:sz w:val="18"/>
        </w:rPr>
        <w:t xml:space="preserve">17:47  </w:t>
      </w:r>
      <w:r>
        <w:rPr>
          <w:color w:val="1E1E1E"/>
        </w:rPr>
        <w:t>Have a good rest of your day.</w:t>
      </w:r>
    </w:p>
    <w:p w14:paraId="7B87165C" w14:textId="77777777" w:rsidR="002D415E" w:rsidRDefault="00000000">
      <w:pPr>
        <w:keepLines/>
      </w:pPr>
      <w:r>
        <w:rPr>
          <w:b/>
          <w:color w:val="696969"/>
          <w:sz w:val="18"/>
        </w:rPr>
        <w:t xml:space="preserve">17:48  </w:t>
      </w:r>
      <w:r>
        <w:rPr>
          <w:color w:val="1E1E1E"/>
        </w:rPr>
        <w:t>You too.</w:t>
      </w:r>
    </w:p>
    <w:sectPr w:rsidR="002D415E"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B05CFE" w14:textId="77777777" w:rsidR="00511A38" w:rsidRDefault="00511A38">
      <w:pPr>
        <w:spacing w:after="0" w:line="240" w:lineRule="auto"/>
      </w:pPr>
      <w:r>
        <w:separator/>
      </w:r>
    </w:p>
  </w:endnote>
  <w:endnote w:type="continuationSeparator" w:id="0">
    <w:p w14:paraId="3D87FE82" w14:textId="77777777" w:rsidR="00511A38" w:rsidRDefault="00511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B16F7" w14:textId="77777777" w:rsidR="002D415E" w:rsidRDefault="00000000">
    <w:pPr>
      <w:pStyle w:val="Footer"/>
      <w:jc w:val="center"/>
    </w:pPr>
    <w:r>
      <w:rPr>
        <w:color w:val="787878"/>
        <w:sz w:val="17"/>
      </w:rPr>
      <w:t xml:space="preserve">Page </w:t>
    </w:r>
    <w:r>
      <w:rPr>
        <w:color w:val="787878"/>
        <w:sz w:val="17"/>
      </w:rPr>
      <w:fldChar w:fldCharType="begin"/>
    </w:r>
    <w:r>
      <w:rPr>
        <w:color w:val="787878"/>
        <w:sz w:val="17"/>
      </w:rPr>
      <w:instrText xml:space="preserve"> PAGE </w:instrText>
    </w:r>
    <w:r w:rsidR="009E03FC">
      <w:rPr>
        <w:color w:val="787878"/>
        <w:sz w:val="17"/>
      </w:rPr>
      <w:fldChar w:fldCharType="separate"/>
    </w:r>
    <w:r w:rsidR="009E03FC">
      <w:rPr>
        <w:noProof/>
        <w:color w:val="787878"/>
        <w:sz w:val="17"/>
      </w:rPr>
      <w:t>1</w:t>
    </w:r>
    <w:r>
      <w:rPr>
        <w:color w:val="787878"/>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CEE4A3" w14:textId="77777777" w:rsidR="00511A38" w:rsidRDefault="00511A38">
      <w:pPr>
        <w:spacing w:after="0" w:line="240" w:lineRule="auto"/>
      </w:pPr>
      <w:r>
        <w:separator/>
      </w:r>
    </w:p>
  </w:footnote>
  <w:footnote w:type="continuationSeparator" w:id="0">
    <w:p w14:paraId="74D316DF" w14:textId="77777777" w:rsidR="00511A38" w:rsidRDefault="00511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0419741">
    <w:abstractNumId w:val="8"/>
  </w:num>
  <w:num w:numId="2" w16cid:durableId="1662276407">
    <w:abstractNumId w:val="6"/>
  </w:num>
  <w:num w:numId="3" w16cid:durableId="1891459971">
    <w:abstractNumId w:val="5"/>
  </w:num>
  <w:num w:numId="4" w16cid:durableId="1923490266">
    <w:abstractNumId w:val="4"/>
  </w:num>
  <w:num w:numId="5" w16cid:durableId="143854968">
    <w:abstractNumId w:val="7"/>
  </w:num>
  <w:num w:numId="6" w16cid:durableId="780613602">
    <w:abstractNumId w:val="3"/>
  </w:num>
  <w:num w:numId="7" w16cid:durableId="1484274752">
    <w:abstractNumId w:val="2"/>
  </w:num>
  <w:num w:numId="8" w16cid:durableId="207452227">
    <w:abstractNumId w:val="1"/>
  </w:num>
  <w:num w:numId="9" w16cid:durableId="21084284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415E"/>
    <w:rsid w:val="00326F90"/>
    <w:rsid w:val="00511A38"/>
    <w:rsid w:val="00637267"/>
    <w:rsid w:val="009E03F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A395A"/>
  <w14:defaultImageDpi w14:val="300"/>
  <w15:docId w15:val="{6AA72D1F-3C63-5D45-8BF6-2AE7231F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2453</Words>
  <Characters>13983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with Tiago Jesus - Transcript</dc:title>
  <dc:subject>Interview transcript converted from VTT captions</dc:subject>
  <dc:creator>W. Tyrrell</dc:creator>
  <cp:keywords/>
  <dc:description>generated by python-docx</dc:description>
  <cp:lastModifiedBy>Tyrrell, William</cp:lastModifiedBy>
  <cp:revision>2</cp:revision>
  <dcterms:created xsi:type="dcterms:W3CDTF">2013-12-23T23:15:00Z</dcterms:created>
  <dcterms:modified xsi:type="dcterms:W3CDTF">2026-09-21T18:19:00Z</dcterms:modified>
  <cp:category/>
</cp:coreProperties>
</file>